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גראם פחות גראם יותר</w:t>
      </w:r>
    </w:p>
    <w:p>
      <w:pPr>
        <w:bidi/>
        <w:jc w:val="right"/>
      </w:pPr>
      <w:r>
        <w:rPr>
          <w:rFonts w:ascii="Arial" w:hAnsi="Arial" w:cs="Arial"/>
          <w:b w:val="0"/>
          <w:color w:val="555555"/>
          <w:rtl/>
        </w:rPr>
        <w:t>סיפור עם · סיפור עם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(אלף לירות) · 2–ג (שלושים) · 3–א (לחתוך בדיוק מאה גרם) · 4–ב (העני) · 5–ב (שלושים יום)</w:t>
      </w:r>
    </w:p>
    <w:p>
      <w:pPr>
        <w:bidi/>
        <w:spacing w:after="60"/>
        <w:jc w:val="right"/>
      </w:pPr>
      <w:r>
        <w:rPr>
          <w:rFonts w:ascii="Arial" w:hAnsi="Arial" w:cs="Arial"/>
          <w:b w:val="0"/>
          <w:rtl/>
        </w:rPr>
        <w:t>תרגיל 2: 1–נכון · 2–נכון · 3–לא נכון (העשיר – קשוח ואכזרי) · 4–לא נכון (הילד הפיקח – חכם ומהיר)</w:t>
      </w:r>
    </w:p>
    <w:p>
      <w:pPr>
        <w:bidi/>
        <w:spacing w:after="60"/>
        <w:jc w:val="right"/>
      </w:pPr>
      <w:r>
        <w:rPr>
          <w:rFonts w:ascii="Arial" w:hAnsi="Arial" w:cs="Arial"/>
          <w:b w:val="0"/>
          <w:rtl/>
        </w:rPr>
        <w:t>תרגיל 3: 1) אם העני לא יחזיר את אלף הלירות בתוך שנה, העשיר יחתוך מאה גרם מבשרו. | 2) דחה את המשפט בשלושים יום והטיל על הווזיר למצוא פתרון, ואיים שאם לא יצליח יענש. | 3) ממשחק של שני ילדים בעיירה נידחת, ששיחקו "עני ועשיר" והמציאו את תנאי הגרם המדויק.</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2–ד · 3–ב · 4–ג</w:t>
      </w:r>
    </w:p>
    <w:p>
      <w:pPr>
        <w:bidi/>
        <w:spacing w:after="60"/>
        <w:jc w:val="right"/>
      </w:pPr>
      <w:r>
        <w:rPr>
          <w:rFonts w:ascii="Arial" w:hAnsi="Arial" w:cs="Arial"/>
          <w:b w:val="0"/>
          <w:rtl/>
        </w:rPr>
        <w:t>תרגיל 5: 1–ניגוד · 2–תפנית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הילדים חושבים בפשטות ובלי פחד מהחוק ומבעלי הכוח. הסיפור מלמד שחוכמה יכולה להימצא אצל הקטנים והפשוטים, ולא רק אצל מלכים ושרים.</w:t>
      </w:r>
    </w:p>
    <w:p>
      <w:pPr>
        <w:bidi/>
        <w:spacing w:after="60"/>
        <w:jc w:val="right"/>
      </w:pPr>
      <w:r>
        <w:rPr>
          <w:rFonts w:ascii="Arial" w:hAnsi="Arial" w:cs="Arial"/>
          <w:b w:val="0"/>
          <w:rtl/>
        </w:rPr>
        <w:t>תרגיל 7: זה משתמש בלשון ההסכם עצמו נגד העשיר: אם ההסכם מדויק – גם הביצוע חייב להיות מדויק. התנאי הופך את העונש לבלתי אפשרי, כך שהצדק מנצח בלי לבטל את ההסכם.</w:t>
      </w:r>
    </w:p>
    <w:p>
      <w:pPr>
        <w:bidi/>
        <w:spacing w:after="60"/>
        <w:jc w:val="right"/>
      </w:pPr>
      <w:r>
        <w:rPr>
          <w:rFonts w:ascii="Arial" w:hAnsi="Arial" w:cs="Arial"/>
          <w:b w:val="0"/>
          <w:rtl/>
        </w:rPr>
        <w:t>תרגיל 8: תשובה פתוחה: הוא נהג בנדיבות כשנתן הלוואה, אבל התנאי האכזרי ושמחתו ללכת למשפט מראים חוסר רחמים. אפשר לדון ביחס בין חוק לצדק.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האם מי שחתם על הסכם חייב לעמוד בו בכל מחיר?</w:t>
      </w:r>
    </w:p>
    <w:p>
      <w:pPr>
        <w:bidi/>
        <w:jc w:val="right"/>
      </w:pPr>
      <w:r>
        <w:rPr>
          <w:rFonts w:ascii="Arial" w:hAnsi="Arial" w:cs="Arial"/>
          <w:b w:val="0"/>
          <w:rtl/>
        </w:rPr>
        <w:t>• קשרו לדוגמאות מוכרות לתלמידים: הסכם בין חברים, תנאי משחק, תקנון כיתה.</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גראם פחות גראם יותר</w:t>
      </w:r>
    </w:p>
    <w:p>
      <w:pPr>
        <w:bidi/>
        <w:jc w:val="right"/>
      </w:pPr>
      <w:r>
        <w:rPr>
          <w:rFonts w:ascii="Arial" w:hAnsi="Arial" w:cs="Arial"/>
          <w:b w:val="0"/>
          <w:color w:val="555555"/>
          <w:rtl/>
        </w:rPr>
        <w:t>סיפור עם · סיפור עם · הסיפור העממי</w:t>
      </w:r>
    </w:p>
    <w:p>
      <w:pPr>
        <w:bidi/>
        <w:jc w:val="right"/>
      </w:pPr>
      <w:r>
        <w:rPr>
          <w:rFonts w:ascii="Arial" w:hAnsi="Arial" w:cs="Arial"/>
          <w:b w:val="0"/>
          <w:rtl/>
        </w:rPr>
        <w:t>תזכורת קצרה: עני לווה אלף לירות משכנו העשיר, בתנאי שאם לא יחזיר בתוך שנה – העשיר יחתוך מאה גרם מבשרו. העני לא מצליח להחזיר, והשניים פונים למלך. המלך נבוך ומטיל על הווזיר למצוא פתרון בתוך שלושים יום. ביום האחרון שומע הווזיר ילדים משחקים "עני ועשיר", ואחד מהם פותר את הבעיה: מותר לחתוך, אבל בדיוק מאה גרם – לא גרם יותר ולא גרם פחות. במשפט חוזר הווזיר על הפתרון, והעשיר מוותר ויוצא מבויש.</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כמה כסף לווה העני?</w:t>
      </w:r>
    </w:p>
    <w:p>
      <w:pPr>
        <w:bidi/>
        <w:spacing w:after="120"/>
        <w:jc w:val="right"/>
      </w:pPr>
      <w:r>
        <w:rPr>
          <w:rFonts w:ascii="Arial" w:hAnsi="Arial" w:cs="Arial"/>
          <w:b w:val="0"/>
          <w:rtl/>
        </w:rPr>
        <w:t xml:space="preserve">     א. מאה לירות     ב. אלף לירות     ג. עשרת אלפים     ד. חמישים לירות</w:t>
      </w:r>
    </w:p>
    <w:p>
      <w:pPr>
        <w:bidi/>
        <w:jc w:val="right"/>
      </w:pPr>
      <w:r>
        <w:rPr>
          <w:rFonts w:ascii="Arial" w:hAnsi="Arial" w:cs="Arial"/>
          <w:b w:val="0"/>
          <w:rtl/>
        </w:rPr>
        <w:t>2) כמה ימים קיבל הווזיר?</w:t>
      </w:r>
    </w:p>
    <w:p>
      <w:pPr>
        <w:bidi/>
        <w:spacing w:after="120"/>
        <w:jc w:val="right"/>
      </w:pPr>
      <w:r>
        <w:rPr>
          <w:rFonts w:ascii="Arial" w:hAnsi="Arial" w:cs="Arial"/>
          <w:b w:val="0"/>
          <w:rtl/>
        </w:rPr>
        <w:t xml:space="preserve">     א. שבעה     ב. עשרה     ג. שלושים     ד. מאה</w:t>
      </w:r>
    </w:p>
    <w:p>
      <w:pPr>
        <w:bidi/>
        <w:jc w:val="right"/>
      </w:pPr>
      <w:r>
        <w:rPr>
          <w:rFonts w:ascii="Arial" w:hAnsi="Arial" w:cs="Arial"/>
          <w:b w:val="0"/>
          <w:rtl/>
        </w:rPr>
        <w:t>3) מה התנאי שהציב הווזיר לעשיר?</w:t>
      </w:r>
    </w:p>
    <w:p>
      <w:pPr>
        <w:bidi/>
        <w:spacing w:after="120"/>
        <w:jc w:val="right"/>
      </w:pPr>
      <w:r>
        <w:rPr>
          <w:rFonts w:ascii="Arial" w:hAnsi="Arial" w:cs="Arial"/>
          <w:b w:val="0"/>
          <w:rtl/>
        </w:rPr>
        <w:t xml:space="preserve">     א. לחתוך בדיוק מאה גרם     ב. לחכות עוד שנה     ג. לחלק את הכסף     ד. לשלם קנס</w:t>
      </w:r>
    </w:p>
    <w:p>
      <w:pPr>
        <w:bidi/>
        <w:jc w:val="right"/>
      </w:pPr>
      <w:r>
        <w:rPr>
          <w:rFonts w:ascii="Arial" w:hAnsi="Arial" w:cs="Arial"/>
          <w:b w:val="0"/>
          <w:rtl/>
        </w:rPr>
        <w:t>4) מי לקח הלוואה?</w:t>
      </w:r>
    </w:p>
    <w:p>
      <w:pPr>
        <w:bidi/>
        <w:spacing w:after="120"/>
        <w:jc w:val="right"/>
      </w:pPr>
      <w:r>
        <w:rPr>
          <w:rFonts w:ascii="Arial" w:hAnsi="Arial" w:cs="Arial"/>
          <w:b w:val="0"/>
          <w:rtl/>
        </w:rPr>
        <w:t xml:space="preserve">     א. העשיר     ב. העני     ג. המלך</w:t>
      </w:r>
    </w:p>
    <w:p>
      <w:pPr>
        <w:bidi/>
        <w:jc w:val="right"/>
      </w:pPr>
      <w:r>
        <w:rPr>
          <w:rFonts w:ascii="Arial" w:hAnsi="Arial" w:cs="Arial"/>
          <w:b w:val="0"/>
          <w:rtl/>
        </w:rPr>
        <w:t>5) כמה זמן היה לווזיר?</w:t>
      </w:r>
    </w:p>
    <w:p>
      <w:pPr>
        <w:bidi/>
        <w:spacing w:after="120"/>
        <w:jc w:val="right"/>
      </w:pPr>
      <w:r>
        <w:rPr>
          <w:rFonts w:ascii="Arial" w:hAnsi="Arial" w:cs="Arial"/>
          <w:b w:val="0"/>
          <w:rtl/>
        </w:rPr>
        <w:t xml:space="preserve">     א. יום אחד     ב. שלושים יום     ג. שנה</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הווזיר – מתמיד ופיקח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העני – תמים ואופטימי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העשיר – מתמיד ופיקח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הילד הפיקח – תמים ואופטימי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היה התנאי של העשיר להלוואה?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עשה המלך כשלא ידע איך לפסוק?</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מאיפה הגיע הפתרון?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פתיחה "היה היו", ניגוד עשיר–עני, בעיה (הלוואה), מבחן (שלושים יום), פתרון חכם וסוף טוב.</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המשחק של הילדים חוזר, בקטן, על כל הסיפור – סיפור בתוך סיפור – והמשפט "גרם פחות, גרם יותר" חוזר כמו פזמון.</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ביום השלושים, כשהווזיר כבר מתייאש, הוא שומע במקרה את הילדים – ומשם הכול מתהפך.</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עשיר מול עני, מלך מבוגר ונבוך מול ילד קטן ופיקח.</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תפנית   |   בית</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רגע בעלילה שבו המצב משתנה באופן מפתיע</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לדעתכם הפתרון מגיע דווקא מילדים?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משמעות התנאי "לא גרם יותר ולא גרם פחות"?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העשיר הוא דמות רעה, או רק אדם שעומד על זכויותיו?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הדיאלוג בין הווזיר למלך כשהווזיר פורץ לארמון וצועק "הפתרון בידי!". למה הווזיר לא מגלה את הפתרון מיד?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גראם פחות גראם יותר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