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גראם פחות גראם יותר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(אלף לירות) · 2–ב (שלושים) · 3–ב (לחתוך בדיוק מאה גרם)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איש עני צריך כסף. איש עשיר נותן לו כסף. אבל יש תנאי קשה. המלך לא יודע מה לעשות. ילד קטן מוצא פתרון חכם. | 2) תשובה קצרה לפי הסיכום: איש עני צריך כסף. איש עשיר נותן לו כסף. אבל יש תנאי קשה. המלך לא יודע מה לעשות. ילד קטן מוצא פתרון חכם.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2–ב · 3–ה · 4–ו · 5–ג · 6–ד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1–ב · 2–ג · 3–ד · 4–א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גראם פחות גראם יותר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איש עני צריך כסף. איש עשיר נותן לו כסף. אבל יש תנאי קשה. המלך לא יודע מה לעשות. ילד קטן מוצא פתרון חכם.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הלוואה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כסף שמקבלים וצריך להחזיר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אשראי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תנאי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שצריך לקיים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דרישה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משפט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שבו שופטים מי צודק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פתרון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תשובה לבעיה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מוצא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לוותר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לרצות יותר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להרפות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גרם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יחידה קטנה של משקל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משקל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כמה כסף לווה העני?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אלף לירות     ב. מאה לירות     ג. עשרת אלפים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כמה ימים קיבל הווזיר?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עשרה     ב. שלושים     ג. שבעה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התנאי שהציב הווזיר לעשיר?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לחלק את הכסף     ב. לחתוך בדיוק מאה גרם     ג. לחכות עוד שנה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היה התנאי של העשיר?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איך הילד עזר לעני?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הלוואה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כסף שמקבלים וצריך להחזיר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תנאי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שצריך לקיים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משפט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לרצות יותר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פתרון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יחידה קטנה של משקל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לוותר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שבו שופטים מי צודק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גרם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תשובה לבעיה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העני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חכם ומהיר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העשיר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תמים ואופטימי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הווזיר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קשוח ואכזרי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 הפיקח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מתמיד ופיקח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האם מי שחתם על הסכם חייב לעמוד בו בכל מחיר?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גראם פחות גראם יותר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