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גראם פחות גראם יותר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(העני) · 2–א (שלושים יום) · 3–ב (ילדים משחקים) · 4–ב (ויתר)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(העשיר – קשוח ואכזרי)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3–א · 4–ד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אם העני לא יחזיר את אלף הלירות בתוך שנה, העשיר יחתוך מאה גרם מבשרו.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גראם פחות גראם יותר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עני לקח כסף מעשיר. העשיר רצה עונש קשה. ילד חכם מצא פתרון, והעני ניצל.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לקח הלוואה?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העשיר     ב. המלך     ג. העני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זמן היה לווזיר?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שלושים יום     ב. שנה     ג. יום אחד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 מצא את הפתרון?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המלך     ב. ילדים משחקים     ג. העשיר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עשה העשיר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צחק     ב. ויתר     ג. חתך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העשיר – מתמיד ופיקח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הווזיר – מתמיד ופיקח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 – תמים ואופטימי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מתמיד ופיקח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העשיר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ואכזרי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הווזיר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תמים ואופטימי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הפיקח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ומהיר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נקודת תצפית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היה התנאי של העשיר להלוואה?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מי שחתם על הסכם חייב לעמוד בו בכל מחיר?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גראם פחות גראם יותר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מ"גראם פחות גראם יותר":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