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הסיפור העממי</w:t>
      </w:r>
    </w:p>
    <w:p>
      <w:pPr>
        <w:bidi/>
        <w:jc w:val="right"/>
      </w:pPr>
      <w:r>
        <w:rPr>
          <w:rFonts w:ascii="Arial" w:hAnsi="Arial" w:cs="Arial"/>
          <w:b w:val="0"/>
          <w:color w:val="555555"/>
          <w:rtl/>
        </w:rPr>
        <w:t>7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(השולטן) · 2–ב (אלף לירות) · 3–ג (שלושים) · 4–ג (הזאב) · 5–ב (משל קצר) · 6–ב (אליהו הנביא) · 7–ב (אלכסנדריה)</w:t>
      </w:r>
    </w:p>
    <w:p>
      <w:pPr>
        <w:bidi/>
        <w:spacing w:after="60"/>
        <w:jc w:val="right"/>
      </w:pPr>
      <w:r>
        <w:rPr>
          <w:rFonts w:ascii="Arial" w:hAnsi="Arial" w:cs="Arial"/>
          <w:b w:val="0"/>
          <w:rtl/>
        </w:rPr>
        <w:t>תרגיל 2: 1–ב · 2–ג · 3–א</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השייח' הפיקח מוציא לאור משפט – השייח' איברהים אבו ראזי – חכם וצודק – מבנה הסיפור העממי; גראם פחות גראם יותר – העני – תמים ואופטימי – מבנה הסיפור העממי</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מבנה הסיפור העממי: פתיחה, בעיה, חזרה משולשת, סיום (30); דמויות שטוחות וניגודים ברורים (20); מקוריות ופתרון חכם לבעיה (20); פסקת ההסבר והקשר ליצירות היחידה (15); לשון, פיסוק וכתיבה בהירה (15)</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מבנה הסיפור העממי: פתיחה קבועה (היה היו, באחת הארצות), דמויות שטוחות, ניגודים, חזרות משולשות, מבחן או בעיה, סוף טוב או מוסר השכל · זמן ומקום כלליים: לא נאמר בדיוק מתי ואיפה · דמויות שטוחות שמייצגות תכונה אחת: עשיר קמצן, עני תמים, מלך, חכם · ניגודים חדים: עשיר–עני, חכם–טיפש, אמת–שקר · חזרות, ובמיוחד חזרה משולשת: שלושה ניסיונות, שלוש שאלות, שלושה מפגשים · מבחן, חידה או בעיה שהגיבור צריך לפתור, ובסוף – מוסר השכל</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הסיפור העממי</w:t>
      </w:r>
    </w:p>
    <w:p>
      <w:pPr>
        <w:bidi/>
        <w:jc w:val="right"/>
      </w:pPr>
      <w:r>
        <w:rPr>
          <w:rFonts w:ascii="Arial" w:hAnsi="Arial" w:cs="Arial"/>
          <w:b w:val="0"/>
          <w:color w:val="555555"/>
          <w:rtl/>
        </w:rPr>
        <w:t>7 יצירות · ספרות לכיתה ז׳ – מסע ביצירות</w:t>
      </w:r>
    </w:p>
    <w:p>
      <w:pPr>
        <w:bidi/>
        <w:jc w:val="right"/>
      </w:pPr>
      <w:r>
        <w:rPr>
          <w:rFonts w:ascii="Arial" w:hAnsi="Arial" w:cs="Arial"/>
          <w:b w:val="0"/>
          <w:rtl/>
        </w:rPr>
        <w:t>תזכורת קצרה: השאלה הגדולה: מה יכולים סיפורים פשוטים שעברו מפה לאוזן במשך דורות ללמד אותנו על חוכמה, צדק ומזל? — סיפור עם הוא סיפור שנולד בעל פה: אנשים סיפרו אותו זה לזה בשוק, ליד האש ובערבי חורף, וכל מספר הוסיף או שינה מעט. לכן אין לו מחבר אחד, ויש לו גרסאות רבות בעמים שונים. בצד סיפורי העם יש גם סיפורי עם אמנותיים – סופרים ידועים שכתבו סיפור בסגנון העממי. ביחידה נכיר שופטים פיקחים, עניים שמחפשים מזל, עלמה חכמה ונוסע שמחפש אושר.</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(השייח' הפיקח מוציא לאור משפט) מי ביקש מהשייח' לשפוט?</w:t>
      </w:r>
    </w:p>
    <w:p>
      <w:pPr>
        <w:bidi/>
        <w:spacing w:after="120"/>
        <w:jc w:val="right"/>
      </w:pPr>
      <w:r>
        <w:rPr>
          <w:rFonts w:ascii="Arial" w:hAnsi="Arial" w:cs="Arial"/>
          <w:b w:val="0"/>
          <w:rtl/>
        </w:rPr>
        <w:t xml:space="preserve">     א. הסוחר     ב. השולטן     ג. השכנים     ד. המשטרה</w:t>
      </w:r>
    </w:p>
    <w:p>
      <w:pPr>
        <w:bidi/>
        <w:jc w:val="right"/>
      </w:pPr>
      <w:r>
        <w:rPr>
          <w:rFonts w:ascii="Arial" w:hAnsi="Arial" w:cs="Arial"/>
          <w:b w:val="0"/>
          <w:rtl/>
        </w:rPr>
        <w:t>2) (גראם פחות גראם יותר) כמה כסף לווה העני?</w:t>
      </w:r>
    </w:p>
    <w:p>
      <w:pPr>
        <w:bidi/>
        <w:spacing w:after="120"/>
        <w:jc w:val="right"/>
      </w:pPr>
      <w:r>
        <w:rPr>
          <w:rFonts w:ascii="Arial" w:hAnsi="Arial" w:cs="Arial"/>
          <w:b w:val="0"/>
          <w:rtl/>
        </w:rPr>
        <w:t xml:space="preserve">     א. מאה לירות     ב. אלף לירות     ג. עשרת אלפים     ד. חמישים לירות</w:t>
      </w:r>
    </w:p>
    <w:p>
      <w:pPr>
        <w:bidi/>
        <w:jc w:val="right"/>
      </w:pPr>
      <w:r>
        <w:rPr>
          <w:rFonts w:ascii="Arial" w:hAnsi="Arial" w:cs="Arial"/>
          <w:b w:val="0"/>
          <w:rtl/>
        </w:rPr>
        <w:t>3) (העלמה החכמה והמלך) כמה ביצים שלח המלך?</w:t>
      </w:r>
    </w:p>
    <w:p>
      <w:pPr>
        <w:bidi/>
        <w:spacing w:after="120"/>
        <w:jc w:val="right"/>
      </w:pPr>
      <w:r>
        <w:rPr>
          <w:rFonts w:ascii="Arial" w:hAnsi="Arial" w:cs="Arial"/>
          <w:b w:val="0"/>
          <w:rtl/>
        </w:rPr>
        <w:t xml:space="preserve">     א. שלוש     ב. עשר     ג. שלושים     ד. מאה</w:t>
      </w:r>
    </w:p>
    <w:p>
      <w:pPr>
        <w:bidi/>
        <w:jc w:val="right"/>
      </w:pPr>
      <w:r>
        <w:rPr>
          <w:rFonts w:ascii="Arial" w:hAnsi="Arial" w:cs="Arial"/>
          <w:b w:val="0"/>
          <w:rtl/>
        </w:rPr>
        <w:t>4) (מסע העני שחיפש את מזלו) את מי פגש העני ראשון?</w:t>
      </w:r>
    </w:p>
    <w:p>
      <w:pPr>
        <w:bidi/>
        <w:spacing w:after="120"/>
        <w:jc w:val="right"/>
      </w:pPr>
      <w:r>
        <w:rPr>
          <w:rFonts w:ascii="Arial" w:hAnsi="Arial" w:cs="Arial"/>
          <w:b w:val="0"/>
          <w:rtl/>
        </w:rPr>
        <w:t xml:space="preserve">     א. האיכר     ב. המפקד     ג. הזאב     ד. הנערה</w:t>
      </w:r>
    </w:p>
    <w:p>
      <w:pPr>
        <w:bidi/>
        <w:jc w:val="right"/>
      </w:pPr>
      <w:r>
        <w:rPr>
          <w:rFonts w:ascii="Arial" w:hAnsi="Arial" w:cs="Arial"/>
          <w:b w:val="0"/>
          <w:rtl/>
        </w:rPr>
        <w:t>5) (האיש המאושר ביותר בעולם) איזה סוג סיפור זה?</w:t>
      </w:r>
    </w:p>
    <w:p>
      <w:pPr>
        <w:bidi/>
        <w:spacing w:after="120"/>
        <w:jc w:val="right"/>
      </w:pPr>
      <w:r>
        <w:rPr>
          <w:rFonts w:ascii="Arial" w:hAnsi="Arial" w:cs="Arial"/>
          <w:b w:val="0"/>
          <w:rtl/>
        </w:rPr>
        <w:t xml:space="preserve">     א. רומן     ב. משל קצר     ג. בלדה     ד. מחזה</w:t>
      </w:r>
    </w:p>
    <w:p>
      <w:pPr>
        <w:bidi/>
        <w:jc w:val="right"/>
      </w:pPr>
      <w:r>
        <w:rPr>
          <w:rFonts w:ascii="Arial" w:hAnsi="Arial" w:cs="Arial"/>
          <w:b w:val="0"/>
          <w:rtl/>
        </w:rPr>
        <w:t>6) (הפיקדון) מי היה הצייד באמת?</w:t>
      </w:r>
    </w:p>
    <w:p>
      <w:pPr>
        <w:bidi/>
        <w:spacing w:after="120"/>
        <w:jc w:val="right"/>
      </w:pPr>
      <w:r>
        <w:rPr>
          <w:rFonts w:ascii="Arial" w:hAnsi="Arial" w:cs="Arial"/>
          <w:b w:val="0"/>
          <w:rtl/>
        </w:rPr>
        <w:t xml:space="preserve">     א. מלך     ב. אליהו הנביא     ג. שכן     ד. סוחר</w:t>
      </w:r>
    </w:p>
    <w:p>
      <w:pPr>
        <w:bidi/>
        <w:jc w:val="right"/>
      </w:pPr>
      <w:r>
        <w:rPr>
          <w:rFonts w:ascii="Arial" w:hAnsi="Arial" w:cs="Arial"/>
          <w:b w:val="0"/>
          <w:rtl/>
        </w:rPr>
        <w:t>7) (שלוש הטבעות) מאיזו עיר היה מלכיצדק?</w:t>
      </w:r>
    </w:p>
    <w:p>
      <w:pPr>
        <w:bidi/>
        <w:spacing w:after="120"/>
        <w:jc w:val="right"/>
      </w:pPr>
      <w:r>
        <w:rPr>
          <w:rFonts w:ascii="Arial" w:hAnsi="Arial" w:cs="Arial"/>
          <w:b w:val="0"/>
          <w:rtl/>
        </w:rPr>
        <w:t xml:space="preserve">     א. בגדד     ב. אלכסנדריה     ג. ונציה     ד. דמשק</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השייח' הפיקח מוציא לאור משפט</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ג'ובני בוקצ'ו</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הפיקדון</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סיפור עם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שלוש הטבעות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יצחק לייב פרץ</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מבנה הסיפור העממי: פתיחה קבועה (היה היו, באחת הארצות), דמויות שטוחות, ניגודים, חזרות משולשות, מבחן או בעיה, סוף טוב או מוסר השכל</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זמן ומקום כלליים: לא נאמר בדיוק מתי ואיפה</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דמויות שטוחות שמייצגות תכונה אחת: עשיר קמצן, עני תמים, מלך, חכם</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ניגודים חדים: עשיר–עני, חכם–טיפש, אמת–שקר</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חזרות, ובמיוחד חזרה משולשת: שלושה ניסיונות, שלוש שאלות, שלושה מפגשים</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"שופטים פיקחים":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השייח' הפיקח מוציא לאור משפט</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גראם פחות גראם יותר</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בשני הסיפורים בעיה משפטית נפתרת בתחבולה חכמה ולא בכוח. השוו: מי פותר את הבעיה, איזו תחבולה משמשת אותו, ומה מלמד כל סיפור על צדק. איזה פתרון לדעתכם מבריק יותר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כתבו סיפור עם מקורי משלכם (עמוד וחצי לפחות). הסיפור צריך לכלול פתיחה עממית, לפחות שתי דמויות שטוחות מנוגדות, חזרה משולשת, בעיה או מבחן שהגיבור או הגיבורה פותרים בחוכמה, וסיום עם מוסר השכל. לאחר מכן כתבו פסקת הסבר קצרה: אילו מאפיינים של סיפור העם שילבתם ואיפה, ולאיזה סיפור מהיחידה הסיפור שלכם דומה.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הסיפור העממי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