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יחידה: הסיפור העממי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ספרות לכיתה ז׳ – מסע ביצירות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1–ג (השולטן) · 2–א (אלף לירות) · 3–א (שלושים) · 4–ב (הזאב) · 5–א (משל קצר)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1–א · 2–ב · 3–ה · 4–ו · 5–ד · 6–ג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1–א · 2–ד · 3–ב · 4–ג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3–4 משפטים פשוטים עם מילת קישור.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יחידה: הסיפור העממי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ספרות לכיתה ז׳ – מסע ביצירות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בקצרה, בעברית פשוטה: השאלה הגדולה: מה יכולים סיפורים פשוטים שעברו מפה לאוזן במשך דורות ללמד אותנו על חוכמה, צדק ומזל?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 דומה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שולטן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מלך בארצות המזרח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מלך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ווזיר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שר, עוזר של המלך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שר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הלוואה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כסף שמקבלים וצריך להחזיר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אשראי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תנאי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דבר שצריך לקיים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דרישה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עלמה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נערה צעירה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נערה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משימה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דבר שצריך לעשות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מטלה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מזל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דבר טוב שקורה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הצלחה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נודד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הולך ממקום למקום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מטייל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(השייח' הפיקח מוציא לאור משפט) מי ביקש מהשייח' לשפוט?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השכנים     ב. הסוחר     ג. השולטן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(גראם פחות גראם יותר) כמה כסף לווה העני?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אלף לירות     ב. מאה לירות     ג. עשרת אלפים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(העלמה החכמה והמלך) כמה ביצים שלח המלך?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שלושים     ב. שלוש     ג. עשר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(מסע העני שחיפש את מזלו) את מי פגש העני ראשון?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האיכר     ב. הזאב     ג. המפקד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5) (האיש המאושר ביותר בעולם) איזה סוג סיפור זה?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משל קצר     ב. רומן     ג. בלדה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התאימו מילה ← הסבר. אפשר להיעזר במילון שבראש הדף.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שולטן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מלך בארצות המזרח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ווזיר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שר, עוזר של המלך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הלוואה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דבר שצריך לעשות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תנאי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נערה צעירה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עלמה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כסף שמקבלים וצריך להחזיר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6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משימה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דבר שצריך לקיים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התאימו יצירה ← דמות.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יצירה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השייח' הפיקח מוציא לאור משפט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השייח' איברהים אבו ראזי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גראם פחות גראם יותר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העלמה החכמה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העלמה החכמה והמלך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המחפש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האיש המאושר ביותר בעולם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העני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כתבו 3–4 משפטים. השתמשו במילות הקישור: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מה יכולים סיפורים פשוטים שעברו מפה לאוזן במשך דורות ללמד אותנו על חוכמה, צדק ומזל?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מילות קישור: הוספה: וגם / בנוסף / יתר על כן / כמו כן   ניגוד: אבל / אולם / לעומת זאת / למרות   סיבה: כי / מפני ש / בגלל / משום ש   תוצאה: לכן / לפיכך / כתוצאה מכך / ולכן   דוגמה: למשל / לדוגמה / כגון   סיכום: לסיכום / בקיצור / לבסוף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יחידה: הסיפור העממי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מילה חדשה מהיחידה: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היצירה שאהבתי: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שאלה שיש לי: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